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الجبر: الأنماط العددية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استعمال الخطوات الأربع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ضمن الألوف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ضمن عشرات الألوف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التقريب إلى أقرب عشرة وإلى أقرب مئة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التقريب إلى أقرب ألف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الجبر: خصائص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نواتج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الجواب الدقيق أم التقديري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الأعداد المكونة من رقمين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استعمال الخطوات الأربع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الأعداد المكونة من ثلاثة أرقام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  <w:br/>
              <w:t>الطرح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الأعداد المكونة من رقمين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نواتج الطرح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معقولية الجواب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الأعداد المكونة من ٣ أرقام مع إعادة التجميع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مع وجود الأصفار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الطرح</w:t>
              <w:br/>
              <w:t>الضرب (١)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تحديد العملية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الشبكات وعملية الضرب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(١)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٢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٤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(١)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تحديد المعطيات الزائدة أو الناقصة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٥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(١)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١٠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(١)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الصفر وفي الواحد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(٢)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٣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٦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(٢)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البحث عن نمط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(٢)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(٢)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الجبر: الخاصية التجميعية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