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أسرتي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أحب أسرتي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أسرتي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أسرتي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 (وحدة أسرتي)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الميم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أسرتي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الباء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اللام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أسرتي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الدال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أنشودة: أسرتي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أسرتي</w:t>
              <w:br/>
              <w:t>مدرستي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مدرستي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مدرستي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 (وحدة مدرستي)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الراء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مدرستي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الزاي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الواو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مدرستي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الدال (وحدة مدرستي)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أنشودة: مدرستي حديقتي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مدرستي</w:t>
              <w:br/>
              <w:t>مدينتي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مدينتي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 (وحدة مدينتي)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التاء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الطاء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الظاء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الكاف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أنشودة: أرض بلادي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مدينتي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