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الصيدلية المنزلية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الصيدلية المنزلية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الغصص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الغصص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الرعاف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التعامل داخل المنزل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ترشيد استهلاك الماء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ترشيد استهلاك الكهرباء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مهاراتي في الحياة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العناية بالكتاب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بيئتي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العناية بالصف والمرافق العامة في المدرسة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بيئتي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الحليب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