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الرياضيات — الصف الثاني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الرياضيات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 للأعداد حتى ١٠٠ والأنماط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الآحاد والعشرات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القيمة المنزلية للأعداد حتى ١٠٠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استعمال الاستدلال المنطقي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الأعداد وكتابتها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 للأعداد حتى ١٠٠ والأنماط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الكميات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الأنماط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 للأعداد حتى ١٠٠ والأنماط</w:t>
              <w:br/>
              <w:t>طرائق الجمع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الأنماط على لوحة المئة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خصائص الجمع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بالعد التصاعدي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طرائق الجمع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أمثلها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العدد ونفسه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العدد ونفسه مضافًا إليه ١ أو مطروحًا منه 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بتكوين العشرة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طرائق الجمع</w:t>
              <w:br/>
              <w:t>طرائق الطرح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ثلاثة 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المسألة: أختار خطة مناسبة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بالعد التنازلي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طرائق الطرح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الصفر وطرح الكل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باستعمال حقائق جمع العدد ونفسه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أخمن وأتحقق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العلاقة بين الجمع والطرح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طرائق الطرح</w:t>
              <w:br/>
              <w:t>تمثيل البيانات وقراءتها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المفقودة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الحقائق المترابطة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جدول الإشارات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تمثيل البيانات وقراءتها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التمثيل بالصور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البيانات الممثلة بالصور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أنشئ جدولًا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التمثيل بالأعمدة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تمثيل البيانات وقراءتها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البيانات الممثلة بالأعمدة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الحدث الأكيد والحدث المستحيل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أكثر إمكانية، أقل إمكانية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جمع الأعداد المكونة من رقمين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العشرات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بالعد التصاعدي (الأعداد المكونة من رقمين)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أحل عكسيًا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جمع الأعداد المكونة من رقمين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عدد من رقمين إلى عدد من رقم واحد أو رقمين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بإعادة التجميع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عدد من رقمين إلى عدد من رقم واحد بإعادة التجميع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جمع الأعداد المكونة من رقمين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عددين مكونين من رقمين بإعادة التجميع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ناتج الجمع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ثلاثة أعداد كل منها مكون من رقمين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جمع الأعداد المكونة من رقمين</w:t>
              <w:br/>
              <w:t>طرح الأعداد المكونة من رقمين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المسألة: أختار خطة مناسبة (جمع الأعداد المكونة من رقمين)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العشرات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طرح الأعداد المكونة من رقمين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بالعد التنازلي (الأعداد المكونة من رقمين)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بدون إعادة التجميع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بإعادة التجميع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طرح الأعداد المكونة من رقمين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أكتب جملة عددية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عدد مكون من رقم واحد من عدد مكون من رقمين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عددين كل منهما مكون من رقمين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طرح الأعداد المكونة من رقمين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التحقق من صحة ناتج الطرح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ناتج الطرح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الرياضيات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