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لغتي — الصف الثاني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لغتي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أقاربي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صلة الرحم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أقاربي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صلة الرحم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أقاربي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عذرًا يا جدي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أقاربي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عذرًا يا جدي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أقاربي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أقاربي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أصدقائي وجيراني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الصديقان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أصدقائي وجيراني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الصديقان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أصدقائي وجيراني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الجار الصغير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أصدقائي وجيراني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وطني السعودية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مدينتان مقدستان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وطني السعودية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علم بلادي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وطني السعودية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محاصيل من بلادي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رحلة حبة قمح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محاصيل من بلادي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من أنا؟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محاصيل من بلادي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لغتي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