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اللغة الإنجليزية — الصف الأول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اللغة الإنجليزية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Friends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التحية والتعريف بالنفس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السؤال عن الحال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Friends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الألوان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الحروف الإنجليزية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Friends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كتابة الاسم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Body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التعرف على أعضاء الجسم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كلمات وحدة My Body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Body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أعضاء الجسم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أوامر وحركات أعضاء الجسم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Body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وحروف الوحدة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Family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استخدام he وshe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كلمات وأصوات الحروف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Family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أفراد العائلة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السؤال عن أفراد العائلة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My Family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التعريف بأفراد العائلة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How Old Are You?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الأعداد من ١ إلى ١٠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السؤال عن العمر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How Old Are You?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الإجابة عن العمر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قراءة الأعداد وكتابتها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How Old Are You?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العد والتعرف على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What's This? What's That?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السؤال عن الأشياء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الإجابة عن الأشياء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What's This? What's That?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استخدام This وThat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أدوات التعريف والتنكير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What's This? What's That?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الضمائر المرتبطة بالأشياء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أصوات وحروف الوحدة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What's This? What's That?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التعرف على المفردات من خلال الصور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اللغة الإنجليزية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