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القسمة على عدد من رقم واحد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مع باقٍ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قسمة مضاعفات الـ ١٠، ١٠٠، ١٠٠٠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التخمين والتحقق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ناتج القسمة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القسمة على عدد من رقم واحد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(الناتج من رقمين)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(الناتج من ثلاثة أرقام)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 والاستدلال المكاني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الثلاثية الأبعاد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الثنائية الأبعاد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البحث عن نمط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المستقيمات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 والاستدلال المكاني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الزوايا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المثلث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التماثل الدوراني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تمثيل النقاط على خط الأعداد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 والاستدلال المكاني</w:t>
              <w:br/>
              <w:t>القياس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المستوى الإحداثي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الطول المترية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قياس المحيط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قياس المساحة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السعة في النظام المتري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الكتلة في النظام المتري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التبرير المنطقي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الحجم وقياسه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  <w:br/>
              <w:t>الكسور الاعتيادية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الزمن المنقضي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الاعتيادية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 الاعتيادية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رسم صورة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تمثيل الكسور على خط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المتكافئة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 الاعتيادية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الكسور وترتيبها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الكسور المتشابهة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الكسور المتشابهة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 الاعتيادية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الكسرية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 العشرية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الأعشار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الأجزاء من مئة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الكسرية والكسور العشرية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 العشرية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إنشاء نموذج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تمثيل الكسور العشرية على خط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الكسور العشرية وترتيبها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 العشرية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تكافؤ الكسور الاعتيادية والكسور العشرية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العشرية والكسور الاعتيادية والأعداد الكسرية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الكسور العشرية وطرحها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تقريب الكسور العشرية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نواتج جمع الكسور العشرية وطرحها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الحل عكسيًا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جمع الكسور العشرية وطرحها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الكسور العشرية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الكسور العشرية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