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Fun on the Weekend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Fun on the Weekend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 and Writing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Fun on the Weekend</w:t>
              <w:br/>
              <w:t>Life's Ups and Downs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Life's Ups and Downs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 and Writing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Life's Ups and Downs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School is Cool!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School is Cool!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 and Writing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School is Cool!</w:t>
              <w:br/>
              <w:t>A Healthy Life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 Healthy Life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 and Writing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A Healthy Life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Hanging Out in Town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Hanging Out in Town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 and Writing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Hanging Out in Town</w:t>
              <w:br/>
              <w:t>My Dream Vacation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Finding Out Time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Dream Vacation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in Action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 and Writing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Dream Vacation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Phonics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Dream Vacation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