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العلوم — الصف الثالث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العلوم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الطقس وتقلباته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عناصر الطقس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تقلبات الطقس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الطقس وتقلباته</w:t>
              <w:br/>
              <w:t>دورة الماء والمناخ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دورة الماء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دورة الماء والمناخ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المناخ وفصول السنة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ملاحظة المواد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المادة وقياسها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ملاحظة المواد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حالات المادة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ملاحظة المواد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تغيرات المادة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التغيرات الفيزيائية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تغيرات المادة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التغيرات الكيميائية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تغيرات المادة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الشغل والآلات البسيطة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الشغل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الشغل والآلات البسيطة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الآلات البسيطة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الشغل والآلات البسيطة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أشكال من الطاقة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الصوت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أشكال من الطاقة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الضوء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أشكال من الطاقة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الكهرباء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أشكال من الطاقة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العلوم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