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اللغة الإنجليزية — الصف الرابع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اللغة الإنجليزية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Welcome!</w:t>
              <w:br/>
              <w:t>Family Events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Welcome!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Vocabulary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Family Events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1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2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Family Events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Listening and Speaking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Writing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Family Events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Project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Chores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Vocabulary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1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Chores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2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Chores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Listening and Speaking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Writing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Chores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Project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Stories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Vocabulary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1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Stories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2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Stories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Listening and Speaking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Writing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Stories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Project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After-School Fun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Vocabulary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1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After-School Fun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2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After-School Fun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Listening and Speaking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Writing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After-School Fun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Project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اللغة الإنجليزية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