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دراسات اجتماعية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دراسات اجتماعية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والخريطة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الأرض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أشكال سطح الأرض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والخريطة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دوران الأرض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دوران القمر حول الأرض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والخريطة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الخريطة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المواطنة المسؤولة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الأسرة والمجتمع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الحقوق والمسؤوليات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المواطنة المسؤولة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العمل الجماعي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شبه الجزيرة العربية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شبه الجزيرة العربية: الموقع والحضارة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شبه الجزيرة العربية: السكان وأحوالهم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شبه الجزيرة العربية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قبلة المسلمين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الآثار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شبه الجزيرة العربية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الأنبياء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آدم ونوح عليهما السلام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الأنبياء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أولو العزم من الرسل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الأنبياء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السيرة النبوية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نسب النبي محمد ﷺ ونشأته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السيرة النبوية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بعثة النبي محمد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السيرة النبوية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الهجرة إلى المدينة المنورة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السيرة النبوية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غزوات النبي محمد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السيرة النبوية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دراسات اجتماعية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