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الرقمية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الرقمية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عرضي التقديمي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الشرائح التقديمية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إدراج الصور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عرضي التقديمي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الانتقالات وتأثيرات الحركة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عرضي التقديمي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إدراج مقاطع فيديو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عرضي التقديمي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على الأرقام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جدول البيانات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على الأرقام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إدخال البيانات وإجراء العمليات الحسابية البسيطة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على الأرقام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استخدام الوسائط المتعددة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إنشاء مقطع صوتي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استخدام الوسائط المتعددة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عرض الصور ومقاطع الفيديو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استخدام الوسائط المتعددة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إدخال التحسينات على الصورة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استخدام الوسائط المتعددة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تطبيق التأثيرات على الصور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استخدام الوسائط المتعددة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مقدمة في علم الروبوت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مقدمة في علم الروبوت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مقدمة في علم الروبوت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انعطاف الروبوت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مقدمة في علم الروبوت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الذكاء الاصطناعي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مقدمة في علم الروبوت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الرقمية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