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It's Nice to Meet You!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It's Nice to Meet You!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It's Nice to Meet You!</w:t>
              <w:br/>
              <w:t>Sea Animals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Sea Animals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Sea Animals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Sports and Activities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Sports and Activities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Sports and Activities</w:t>
              <w:br/>
              <w:t>Chores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Yesterday and Today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Yesterday and Today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Yesterday and Today</w:t>
              <w:br/>
              <w:t>Jobs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Jobs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Rhythms and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Jobs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Jobs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