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الثاني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الزيارة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الزيارة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إماطة الأذى عن الطريق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إماطة الأذى عن الطريق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وسلوك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التعامل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الرسول ﷺ قدوتي في العفو والتسامح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التعامل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الرسول ﷺ قدوتي في العفو والتسامح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التعامل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الرسول ﷺ قدوتي في الصدق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التعامل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الرسول ﷺ قدوتي في الصدق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التعامل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اتصالات ومواصلات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الجمل والسيارة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اتصالات ومواصلات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وسائل الاتصال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اتصالات ومواصلات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أحب العمل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الطبيبة نورة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أحب العمل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