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العلوم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العلوم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أعمل كالعلماء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الطريقة العلمية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المهارات العلمية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أعمل كالعلماء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تعليمات السلامة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ممالك المخلوقات الحية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الخلايا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تصنيف المخلوقات الحية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ممالك المخلوقات الحية</w:t>
              <w:br/>
              <w:t>المملكة الحيوانية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الحيوانات اللافقارية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المملكة الحيوانية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الحيوانات الفقارية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أجهزة أجسام الحيوانات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المملكة الحيوانية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استكشاف الأنظمة البيئية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مقدمة في الأنظمة البيئية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استكشاف الأنظمة البيئية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العلاقات في الأنظمة البيئية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استكشاف الأنظمة البيئية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التغيرات في الأنظمة البيئية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استكشاف الأنظمة البيئية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الأمراض والعدوى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الأمراض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الأمراض والعدوى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العدوى وانتقالها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الأمراض والعدوى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التغذية والصحة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المحافظة على الصحة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التغذية والصحة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الغذاء والتغذية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التغذية والصحة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العلوم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