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التجويد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التجويد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بالقرآن الكريم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التجويد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التجويد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أهمية تلاوة القرآن الكريم وفضله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أهمية تلاوة القرآن الكريم وفضله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تلاوة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تلاوة القرآن الكريم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حفظ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حفظ القرآن الكريم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طريقة حفظ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طريقة حفظ القرآن الكريم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مراجعة القرآن الكريم وتعاهده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مراجعة القرآن الكريم وتعاهده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استماع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التجويد (الجزء الأول)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التجويد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