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الجسم والسلامة أثناء الاستحمام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الجسم والسلامة أثناء الاستحمام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سلامة العينين والأذنين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العناية بالفم والأسنان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تنظم وقتك؟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تكون مجتهدًا في الصف؟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مسكني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غرفتي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مسكني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ملبسي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الملابس المدرسية والملابس الداخلية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ملبسي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الجوارب والحذاء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ملبسي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الخضراوات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الفواكه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