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العلوم — الصف الثالث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العلوم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الثالث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أعمل كالعلماء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الطريقة العلمية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المهارات العلمية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أعمل كالعلماء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تعليمات السلامة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التعرف على المخلوقات الحية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المخلوقات الحية وحاجاتها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النباتات وأجزاؤها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التعرف على المخلوقات الحية</w:t>
              <w:br/>
              <w:t>المخلوقات الحية تنمو وتتغير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دورات حياة النباتات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المخلوقات الحية تنمو وتتغير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دورات حياة الحيوانات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المخلوقات الحية في النظام البيئي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السلاسل والشبكات الغذائية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التكيف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المخلوقات الحية في النظام البيئي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التغيرات في النظام البيئي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المخلوقات الحية تغير بيئاتها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التغيرات في النظام البيئي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تغيرات تؤثر في المخلوقات الحية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التغيرات في النظام البيئي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الأرض تتغير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تغيرات الأرض الفجائية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الأرض تتغير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التجوية والتعرية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الأرض تتغير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موارد الأرض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التربة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موارد الأرض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الأحافير والوقود الأحفوري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موارد الأرض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العلوم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